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2494" w14:textId="77777777" w:rsidR="001048C2" w:rsidRDefault="00CA1AF5">
      <w:pPr>
        <w:jc w:val="center"/>
      </w:pPr>
      <w:r>
        <w:rPr>
          <w:b/>
          <w:sz w:val="32"/>
        </w:rPr>
        <w:t>Stock Donation Authorization Letter</w:t>
      </w:r>
    </w:p>
    <w:p w14:paraId="55291576" w14:textId="77777777" w:rsidR="001048C2" w:rsidRDefault="00CA1AF5">
      <w:r>
        <w:t>[Current Date]</w:t>
      </w:r>
    </w:p>
    <w:p w14:paraId="24292596" w14:textId="77777777" w:rsidR="001048C2" w:rsidRDefault="00CA1AF5">
      <w:r>
        <w:t>To Whom It May Concern:</w:t>
      </w:r>
    </w:p>
    <w:p w14:paraId="5993BD8A" w14:textId="77777777" w:rsidR="001048C2" w:rsidRDefault="00CA1AF5">
      <w:r>
        <w:t>I would like to make a donation of the following securities to Missoula Aging Services, located at 337 Stephens Avenue, Missoula, MT 59801 (EIN 81-0379543).</w:t>
      </w:r>
    </w:p>
    <w:p w14:paraId="13DB2D01" w14:textId="77777777" w:rsidR="001048C2" w:rsidRDefault="00CA1AF5">
      <w:r>
        <w:t xml:space="preserve">Please transfer </w:t>
      </w:r>
      <w:r>
        <w:rPr>
          <w:b/>
        </w:rPr>
        <w:t>__________</w:t>
      </w:r>
      <w:r>
        <w:t xml:space="preserve"> shares of </w:t>
      </w:r>
      <w:r>
        <w:rPr>
          <w:b/>
        </w:rPr>
        <w:t>________________________________</w:t>
      </w:r>
      <w:r>
        <w:t xml:space="preserve"> stock to Missoula Aging Services.</w:t>
      </w:r>
    </w:p>
    <w:p w14:paraId="5A5A38FB" w14:textId="77777777" w:rsidR="001048C2" w:rsidRDefault="00CA1AF5">
      <w:r>
        <w:rPr>
          <w:b/>
        </w:rPr>
        <w:t>Gift designation (check one):</w:t>
      </w:r>
    </w:p>
    <w:p w14:paraId="5248E92C" w14:textId="77777777" w:rsidR="001048C2" w:rsidRDefault="00CA1AF5">
      <w:pPr>
        <w:spacing w:after="40"/>
        <w:ind w:left="360"/>
      </w:pPr>
      <w:r>
        <w:t>☐</w:t>
      </w:r>
      <w:r>
        <w:t xml:space="preserve"> General Operating</w:t>
      </w:r>
    </w:p>
    <w:p w14:paraId="52261DB7" w14:textId="77777777" w:rsidR="001048C2" w:rsidRDefault="00CA1AF5">
      <w:pPr>
        <w:spacing w:after="40"/>
        <w:ind w:left="360"/>
      </w:pPr>
      <w:r>
        <w:t>☐</w:t>
      </w:r>
      <w:r>
        <w:t xml:space="preserve"> Endowment</w:t>
      </w:r>
    </w:p>
    <w:p w14:paraId="1B4EE26E" w14:textId="77777777" w:rsidR="001048C2" w:rsidRDefault="00CA1AF5">
      <w:pPr>
        <w:spacing w:after="40"/>
        <w:ind w:left="360"/>
      </w:pPr>
      <w:r>
        <w:t>☐</w:t>
      </w:r>
      <w:r>
        <w:t xml:space="preserve"> Specific Program: ________________________________________</w:t>
      </w:r>
    </w:p>
    <w:p w14:paraId="3C514D7C" w14:textId="77777777" w:rsidR="001048C2" w:rsidRDefault="00CA1AF5">
      <w:r>
        <w:rPr>
          <w:b/>
        </w:rPr>
        <w:t>For current stock transfer instructions, including DTC and account information, please contact:</w:t>
      </w:r>
    </w:p>
    <w:p w14:paraId="16165861" w14:textId="77777777" w:rsidR="001048C2" w:rsidRDefault="00CA1AF5">
      <w:pPr>
        <w:spacing w:after="0"/>
        <w:ind w:left="360"/>
      </w:pPr>
      <w:r>
        <w:t>Emily Landsiedel</w:t>
      </w:r>
    </w:p>
    <w:p w14:paraId="72493BE8" w14:textId="77777777" w:rsidR="001048C2" w:rsidRDefault="00CA1AF5">
      <w:pPr>
        <w:spacing w:after="0"/>
        <w:ind w:left="360"/>
      </w:pPr>
      <w:r>
        <w:t>Director of Development</w:t>
      </w:r>
    </w:p>
    <w:p w14:paraId="7E8C15BC" w14:textId="77777777" w:rsidR="001048C2" w:rsidRDefault="00CA1AF5">
      <w:pPr>
        <w:spacing w:after="0"/>
        <w:ind w:left="360"/>
      </w:pPr>
      <w:r>
        <w:t>Missoula Aging Services</w:t>
      </w:r>
    </w:p>
    <w:p w14:paraId="5F2AC136" w14:textId="77777777" w:rsidR="001048C2" w:rsidRDefault="00CA1AF5">
      <w:pPr>
        <w:spacing w:after="0"/>
        <w:ind w:left="360"/>
      </w:pPr>
      <w:r>
        <w:t>406-728-7682</w:t>
      </w:r>
    </w:p>
    <w:p w14:paraId="06430E76" w14:textId="77777777" w:rsidR="001048C2" w:rsidRDefault="00CA1AF5">
      <w:pPr>
        <w:spacing w:after="0"/>
        <w:ind w:left="360"/>
      </w:pPr>
      <w:r>
        <w:t>elandsiedel@missoulaagingservices.org</w:t>
      </w:r>
    </w:p>
    <w:p w14:paraId="558E702D" w14:textId="2C5BA89A" w:rsidR="001048C2" w:rsidRDefault="00CA1AF5">
      <w:r>
        <w:t>Please include my name</w:t>
      </w:r>
      <w:r w:rsidR="0023040D">
        <w:t>, address, and gift intent</w:t>
      </w:r>
      <w:r>
        <w:t xml:space="preserve"> with the transfer so Missoula Aging Services can identify and acknowledge my gift.</w:t>
      </w:r>
    </w:p>
    <w:p w14:paraId="547247BC" w14:textId="77777777" w:rsidR="001048C2" w:rsidRDefault="00CA1AF5">
      <w:r>
        <w:t>Thank you for your assistance. Please contact me if you have any questions.</w:t>
      </w:r>
    </w:p>
    <w:p w14:paraId="3F36EBE3" w14:textId="77777777" w:rsidR="001048C2" w:rsidRDefault="00CA1AF5">
      <w:r>
        <w:t>Sincerely,</w:t>
      </w:r>
    </w:p>
    <w:p w14:paraId="39042F38" w14:textId="77777777" w:rsidR="001048C2" w:rsidRDefault="00CA1AF5">
      <w:pPr>
        <w:spacing w:after="0"/>
      </w:pPr>
      <w:r>
        <w:t>[Donor Name]</w:t>
      </w:r>
    </w:p>
    <w:p w14:paraId="70944352" w14:textId="77777777" w:rsidR="001048C2" w:rsidRDefault="00CA1AF5">
      <w:pPr>
        <w:spacing w:after="0"/>
      </w:pPr>
      <w:r>
        <w:t>[Donor Phone Number]</w:t>
      </w:r>
    </w:p>
    <w:p w14:paraId="02E781AD" w14:textId="77777777" w:rsidR="001048C2" w:rsidRDefault="00CA1AF5">
      <w:pPr>
        <w:spacing w:after="0"/>
      </w:pPr>
      <w:r>
        <w:t>[Donor Email]</w:t>
      </w:r>
    </w:p>
    <w:p w14:paraId="06667815" w14:textId="77777777" w:rsidR="001048C2" w:rsidRDefault="001048C2"/>
    <w:p w14:paraId="241973E2" w14:textId="77777777" w:rsidR="001048C2" w:rsidRDefault="00CA1AF5">
      <w:r>
        <w:rPr>
          <w:i/>
          <w:sz w:val="18"/>
        </w:rPr>
        <w:t>Your financial institution may require its own form or authorization process. Please follow your broker's instructions if additional information or documentation is needed.</w:t>
      </w:r>
    </w:p>
    <w:sectPr w:rsidR="001048C2" w:rsidSect="00034616"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3601225">
    <w:abstractNumId w:val="8"/>
  </w:num>
  <w:num w:numId="2" w16cid:durableId="2059813889">
    <w:abstractNumId w:val="6"/>
  </w:num>
  <w:num w:numId="3" w16cid:durableId="1837190719">
    <w:abstractNumId w:val="5"/>
  </w:num>
  <w:num w:numId="4" w16cid:durableId="1605577135">
    <w:abstractNumId w:val="4"/>
  </w:num>
  <w:num w:numId="5" w16cid:durableId="840124985">
    <w:abstractNumId w:val="7"/>
  </w:num>
  <w:num w:numId="6" w16cid:durableId="613749658">
    <w:abstractNumId w:val="3"/>
  </w:num>
  <w:num w:numId="7" w16cid:durableId="1742288041">
    <w:abstractNumId w:val="2"/>
  </w:num>
  <w:num w:numId="8" w16cid:durableId="2037341190">
    <w:abstractNumId w:val="1"/>
  </w:num>
  <w:num w:numId="9" w16cid:durableId="36510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48C2"/>
    <w:rsid w:val="0015074B"/>
    <w:rsid w:val="0023040D"/>
    <w:rsid w:val="0029639D"/>
    <w:rsid w:val="00326F90"/>
    <w:rsid w:val="00AA1D8D"/>
    <w:rsid w:val="00B47730"/>
    <w:rsid w:val="00CA1AF5"/>
    <w:rsid w:val="00CB0664"/>
    <w:rsid w:val="00F17A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F84CA"/>
  <w14:defaultImageDpi w14:val="300"/>
  <w15:docId w15:val="{C6AA3A1E-FD87-4536-9850-D4E43D1B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AC98CFE37FD4FBDCCBD86159857D0" ma:contentTypeVersion="13" ma:contentTypeDescription="Create a new document." ma:contentTypeScope="" ma:versionID="00f08c85aa5bfa5e33e722a1cc29c8ac">
  <xsd:schema xmlns:xsd="http://www.w3.org/2001/XMLSchema" xmlns:xs="http://www.w3.org/2001/XMLSchema" xmlns:p="http://schemas.microsoft.com/office/2006/metadata/properties" xmlns:ns2="d7d91ca6-2842-41fa-b3ff-5dfb70826299" xmlns:ns3="479c6d51-7289-4bc6-89f5-e939f1a394f5" targetNamespace="http://schemas.microsoft.com/office/2006/metadata/properties" ma:root="true" ma:fieldsID="04691a77c22d84f6deda6826d9af1c58" ns2:_="" ns3:_="">
    <xsd:import namespace="d7d91ca6-2842-41fa-b3ff-5dfb70826299"/>
    <xsd:import namespace="479c6d51-7289-4bc6-89f5-e939f1a39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91ca6-2842-41fa-b3ff-5dfb70826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bcb68d-c6d4-4a36-9706-f3153e121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c6d51-7289-4bc6-89f5-e939f1a394f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e4c6b45-0f55-439e-862f-c6cadaf0e9cb}" ma:internalName="TaxCatchAll" ma:showField="CatchAllData" ma:web="479c6d51-7289-4bc6-89f5-e939f1a39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c6d51-7289-4bc6-89f5-e939f1a394f5" xsi:nil="true"/>
    <lcf76f155ced4ddcb4097134ff3c332f xmlns="d7d91ca6-2842-41fa-b3ff-5dfb708262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80991-DDC8-4E19-AFD3-66924FF2D3E2}"/>
</file>

<file path=customXml/itemProps3.xml><?xml version="1.0" encoding="utf-8"?>
<ds:datastoreItem xmlns:ds="http://schemas.openxmlformats.org/officeDocument/2006/customXml" ds:itemID="{656B111E-3FD1-4182-9809-39B03B3B6589}"/>
</file>

<file path=customXml/itemProps4.xml><?xml version="1.0" encoding="utf-8"?>
<ds:datastoreItem xmlns:ds="http://schemas.openxmlformats.org/officeDocument/2006/customXml" ds:itemID="{11B45538-F41A-49E0-A60A-CA797F82C8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Landsiedel</cp:lastModifiedBy>
  <cp:revision>2</cp:revision>
  <dcterms:created xsi:type="dcterms:W3CDTF">2026-08-18T21:48:00Z</dcterms:created>
  <dcterms:modified xsi:type="dcterms:W3CDTF">2026-08-18T21:48:00Z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0d8c36de-8423-42a4-be39-46c5b68b9005</vt:lpwstr>
  </property>
  <property fmtid="{D5CDD505-2E9C-101B-9397-08002B2CF9AE}" pid="3" name="ContentTypeId">
    <vt:lpwstr>0x010100143AC98CFE37FD4FBDCCBD86159857D0</vt:lpwstr>
  </property>
</Properties>
</file>